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היכרות ושייכות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"היכרות ושייכות"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🧩 היכרות ושייכות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שַׁיָּכִים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🧩 היכרות ושייכות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🧩 🤗 🏫  משפט השבוע: כֻּלָּנוּ שַׁיָּכִים לַכִּתָּה שֶׁלָּנוּ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שַׁיָּכִים  |  וּמַשְׁלִימִים  |  הַתְחָלָה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"כֻּלָּנוּ שַׁיָּכִים לַכִּתָּה שֶׁלָּנוּ"?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🌱 התחלות חדשות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🧩 היכרות ושייכות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ללמוד את השם של מישהו שעוד לא הכרתי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להזמין חבר או חברה חדשים לשחק בהפסקה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כֻּלָּנוּ ________ לַכִּתָּה שֶׁלָּנוּ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עוזר לך להרגיש טוב בבוקר בכיתה?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ללמוד את השם של מישהו שעוד לא הכרתי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היכרות ושייכות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