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היכרות ושייכות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"היכרות ושייכות"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name / имя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friend / друг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class / класс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together / вместе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היכרות ושייכות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שייכות זה להרגיש שיש לך מקום. בכיתה שלנו יש מקום לכולם.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name · имя · ስም · اسم · nom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 · друг · ጓደኛ · صديق · ami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כיתה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class · класс · ክፍል · صف · classe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 · вместе · አብረን · معًا · ensemble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שם  |  חבר  |  כיתה  |  ביחד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class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class / класс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friend / друг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together / вместе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name / имя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שייכות זה להרגיש שיש לך מקום. ב________ שלנו יש מקום לכולם.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"שם".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עוזר לך להרגיש טוב בבוקר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ללמוד את השם של מישהו שעוד לא הכרתי / להזמין חבר או חברה חדשים לשחק בהפסקה)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היכרות ושייכות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