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היכרות ושייכות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"היכרות ושייכות"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להכיר זה את זה באמת ולהרגיש שיש לכל אחד ואחת מקום בכיתה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היכולת לפתוח דף חדש, לנסות שוב ולהתחיל משהו בלי לדעת איך ייגמר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היכולת להודות בטעות, לבקש סליחה, לסלוח ולחזור לקשר טוב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לשים לב לטוב שקיבלנו, להודות עליו בקול ולהחזיר טוב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בכיתה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השם שלך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🧩 היכרות ושייכות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היכרות ושייכות – להכיר זה את זה באמת ולהרגיש שיש לכל אחד ואחת מקום בכיתה.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איתי עבר לשכונה חדשה באמצע השנה. בהפסקה כולם כבר היו בקבוצות, והוא עמד ליד הברזייה ושתה שוב ושוב רק כדי שיהיה לו מה לעשות. דניאל שם לב, אבל התלבט: אם יזמין אותו, אולי החברים שלו יתעצבנו. מה הייתם עושים במקומו?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הייתם רוצים שהכיתה תדע עליכם, אם בכלל?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מרגישים ילד או ילדה שעומדים לבד בהפסקה?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"היכרות ושייכות"?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להגיד בוקר טוב לשלושה ילדים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ללעוג למי שטועה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לקטוע מישהו באמצע המשפט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ללמוד את השם של מישהו שעוד לא הכרתי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להזמין חבר או חברה חדשים לשחק בהפסקה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 היכרות ושייכות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היכולת להודות בטעות, לבקש סליחה, לסלוח ולחזור לקשר טוב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התחלות חדשות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להכיר זה את זה באמת ולהרגיש שיש לכל אחד ואחת מקום בכיתה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🕊️ סליחה ופיוס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לשים לב לטוב שקיבלנו, להודות עליו בקול ולהחזיר טוב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🙏 תודה והכרת הטוב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היכולת לפתוח דף חדש, לנסות שוב ולהתחיל משהו בלי לדעת איך ייגמר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"________ שלנו יש מקום לכל חלק בפאזל"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זה שייך רק לך, אבל אחרים משתמשים בזה הרבה יותר ממך. מה זה?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ללמוד את השם של מישהו שעוד לא הכרתי · להזמין חבר או חברה חדשים לשחק בהפסקה · להגיד בוקר טוב לשלושה ילדים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למדתם השבוע על מישהו שלא הכרתם קודם?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היה רגע השבוע שבו הרגשתם שאתם חלק מהכיתה?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היכרות ושייכות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